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72317" w14:textId="77777777" w:rsidR="007E0328" w:rsidRDefault="007E0328" w:rsidP="007E0328">
      <w:pPr>
        <w:pStyle w:val="Heading1"/>
        <w:jc w:val="center"/>
      </w:pPr>
      <w:r>
        <w:rPr>
          <w:noProof/>
        </w:rPr>
        <w:drawing>
          <wp:inline distT="0" distB="0" distL="0" distR="0" wp14:anchorId="6D6E19CA" wp14:editId="6FF5D984">
            <wp:extent cx="523875" cy="523875"/>
            <wp:effectExtent l="0" t="0" r="0" b="0"/>
            <wp:docPr id="1893618470" name="Picture 1" descr="A logo for a yoga studi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18470" name="Picture 1" descr="A logo for a yoga studio&#10;&#10;Description automatically generated"/>
                    <pic:cNvPicPr/>
                  </pic:nvPicPr>
                  <pic:blipFill>
                    <a:blip r:embed="rId6"/>
                    <a:stretch>
                      <a:fillRect/>
                    </a:stretch>
                  </pic:blipFill>
                  <pic:spPr>
                    <a:xfrm>
                      <a:off x="0" y="0"/>
                      <a:ext cx="599306" cy="599306"/>
                    </a:xfrm>
                    <a:prstGeom prst="rect">
                      <a:avLst/>
                    </a:prstGeom>
                  </pic:spPr>
                </pic:pic>
              </a:graphicData>
            </a:graphic>
          </wp:inline>
        </w:drawing>
      </w:r>
    </w:p>
    <w:p w14:paraId="7FBE5315" w14:textId="07AE57A3" w:rsidR="007E0328" w:rsidRPr="007E0328" w:rsidRDefault="007E0328" w:rsidP="007E0328">
      <w:pPr>
        <w:pStyle w:val="Heading1"/>
        <w:jc w:val="center"/>
        <w:rPr>
          <w:rFonts w:ascii="Segoe UI Symbol" w:hAnsi="Segoe UI Symbol"/>
          <w:color w:val="011893"/>
          <w:lang w:val="en-GB" w:eastAsia="ko-KR"/>
        </w:rPr>
      </w:pPr>
      <w:r w:rsidRPr="007E0328">
        <w:rPr>
          <w:color w:val="011893"/>
        </w:rPr>
        <w:t>Cariad Y</w:t>
      </w:r>
      <w:r w:rsidRPr="007E0328">
        <w:rPr>
          <w:rFonts w:ascii="Segoe UI Symbol" w:hAnsi="Segoe UI Symbol" w:hint="eastAsia"/>
          <w:color w:val="011893"/>
          <w:lang w:eastAsia="ko-KR"/>
        </w:rPr>
        <w:t>♡</w:t>
      </w:r>
      <w:r w:rsidRPr="007E0328">
        <w:rPr>
          <w:rFonts w:ascii="Segoe UI Symbol" w:hAnsi="Segoe UI Symbol"/>
          <w:color w:val="011893"/>
          <w:lang w:val="en-GB" w:eastAsia="ko-KR"/>
        </w:rPr>
        <w:t xml:space="preserve">ga </w:t>
      </w:r>
      <w:r w:rsidRPr="007E0328">
        <w:rPr>
          <w:color w:val="011893"/>
        </w:rPr>
        <w:t>Prospective Student Health Questionnaire</w:t>
      </w:r>
    </w:p>
    <w:p w14:paraId="0FAA7ADD" w14:textId="683621DF" w:rsidR="00915B3A" w:rsidRPr="007E0328" w:rsidRDefault="00E5337F">
      <w:pPr>
        <w:pStyle w:val="Heading2"/>
        <w:rPr>
          <w:color w:val="011893"/>
        </w:rPr>
      </w:pPr>
      <w:r w:rsidRPr="007E0328">
        <w:rPr>
          <w:color w:val="011893"/>
        </w:rPr>
        <w:t>Participant Details</w:t>
      </w:r>
    </w:p>
    <w:p w14:paraId="1A38221D" w14:textId="0D228FB1" w:rsidR="00915B3A" w:rsidRDefault="00E5337F">
      <w:pPr>
        <w:pStyle w:val="ListBullet"/>
      </w:pPr>
      <w:r>
        <w:t>Full Name:</w:t>
      </w:r>
    </w:p>
    <w:p w14:paraId="7681845B" w14:textId="4DF1F2D9" w:rsidR="00915B3A" w:rsidRDefault="00E5337F">
      <w:pPr>
        <w:pStyle w:val="ListBullet"/>
      </w:pPr>
      <w:r>
        <w:t>Date of Birth:</w:t>
      </w:r>
    </w:p>
    <w:p w14:paraId="61BF7E62" w14:textId="1553ECE4" w:rsidR="00915B3A" w:rsidRDefault="00E5337F">
      <w:pPr>
        <w:pStyle w:val="ListBullet"/>
      </w:pPr>
      <w:r>
        <w:t>Address:</w:t>
      </w:r>
    </w:p>
    <w:p w14:paraId="0A606207" w14:textId="370B6154" w:rsidR="00915B3A" w:rsidRDefault="00E5337F">
      <w:pPr>
        <w:pStyle w:val="ListBullet"/>
      </w:pPr>
      <w:r>
        <w:t>Telephone: Mobile:    Landline:</w:t>
      </w:r>
    </w:p>
    <w:p w14:paraId="2E9D53A7" w14:textId="37D1EA3D" w:rsidR="00915B3A" w:rsidRDefault="00E5337F">
      <w:pPr>
        <w:pStyle w:val="ListBullet"/>
      </w:pPr>
      <w:r>
        <w:t>Email:</w:t>
      </w:r>
    </w:p>
    <w:p w14:paraId="649EEE7B" w14:textId="19D22BDB" w:rsidR="00915B3A" w:rsidRDefault="00E5337F">
      <w:pPr>
        <w:pStyle w:val="ListBullet"/>
      </w:pPr>
      <w:r>
        <w:t>Emergency contact name:</w:t>
      </w:r>
    </w:p>
    <w:p w14:paraId="402FC318" w14:textId="41FB54BA" w:rsidR="00915B3A" w:rsidRDefault="00E5337F">
      <w:pPr>
        <w:pStyle w:val="ListBullet"/>
      </w:pPr>
      <w:r>
        <w:t>Emergency contact telephone:</w:t>
      </w:r>
    </w:p>
    <w:p w14:paraId="035C4477" w14:textId="77777777" w:rsidR="00915B3A" w:rsidRPr="007E0328" w:rsidRDefault="00E5337F">
      <w:pPr>
        <w:pStyle w:val="Heading2"/>
        <w:rPr>
          <w:color w:val="011893"/>
        </w:rPr>
      </w:pPr>
      <w:r w:rsidRPr="007E0328">
        <w:rPr>
          <w:color w:val="011893"/>
        </w:rPr>
        <w:t>Yoga Experience</w:t>
      </w:r>
    </w:p>
    <w:p w14:paraId="05BB4D6B" w14:textId="77777777" w:rsidR="00915B3A" w:rsidRDefault="00E5337F">
      <w:r>
        <w:t>Have you attended a yoga class before? ☐ Yes   ☐ No</w:t>
      </w:r>
    </w:p>
    <w:p w14:paraId="750A159A" w14:textId="0D34D4BB" w:rsidR="00915B3A" w:rsidRDefault="00E5337F">
      <w:r>
        <w:t>If yes: What style(s)? ___________________________</w:t>
      </w:r>
      <w:r w:rsidR="007E0328">
        <w:br/>
      </w:r>
      <w:r>
        <w:t xml:space="preserve">How long have you </w:t>
      </w:r>
      <w:r w:rsidR="008856B3">
        <w:t>practiced</w:t>
      </w:r>
      <w:r>
        <w:t>? ____________________</w:t>
      </w:r>
    </w:p>
    <w:p w14:paraId="1EEBB05B" w14:textId="030EAEFC" w:rsidR="00915B3A" w:rsidRPr="007E0328" w:rsidRDefault="00E5337F">
      <w:pPr>
        <w:pStyle w:val="Heading2"/>
        <w:rPr>
          <w:b w:val="0"/>
          <w:bCs w:val="0"/>
          <w:color w:val="011893"/>
        </w:rPr>
      </w:pPr>
      <w:r w:rsidRPr="007E0328">
        <w:rPr>
          <w:color w:val="011893"/>
        </w:rPr>
        <w:t>Physical Health – Conditions Requiring Specific Modifications</w:t>
      </w:r>
      <w:r w:rsidR="007E0328" w:rsidRPr="007E0328">
        <w:rPr>
          <w:color w:val="011893"/>
        </w:rPr>
        <w:t xml:space="preserve"> </w:t>
      </w:r>
      <w:r w:rsidR="007E0328" w:rsidRPr="007E0328">
        <w:rPr>
          <w:b w:val="0"/>
          <w:bCs w:val="0"/>
          <w:color w:val="011893"/>
        </w:rPr>
        <w:t>(please tick all that apply)</w:t>
      </w:r>
    </w:p>
    <w:p w14:paraId="52D94CD4" w14:textId="77777777" w:rsidR="00915B3A" w:rsidRDefault="00E5337F" w:rsidP="007E0328">
      <w:pPr>
        <w:pStyle w:val="ListBullet"/>
        <w:numPr>
          <w:ilvl w:val="0"/>
          <w:numId w:val="0"/>
        </w:numPr>
        <w:ind w:left="360" w:hanging="360"/>
      </w:pPr>
      <w:r>
        <w:t>☐</w:t>
      </w:r>
      <w:r>
        <w:t xml:space="preserve"> Spinal injury</w:t>
      </w:r>
    </w:p>
    <w:p w14:paraId="75653C93" w14:textId="77777777" w:rsidR="00915B3A" w:rsidRDefault="00E5337F" w:rsidP="007E0328">
      <w:pPr>
        <w:pStyle w:val="ListBullet"/>
        <w:numPr>
          <w:ilvl w:val="0"/>
          <w:numId w:val="0"/>
        </w:numPr>
        <w:ind w:left="360" w:hanging="360"/>
      </w:pPr>
      <w:r>
        <w:t>☐</w:t>
      </w:r>
      <w:r>
        <w:t xml:space="preserve"> Arthritis (osteo or rheumatoid)</w:t>
      </w:r>
    </w:p>
    <w:p w14:paraId="47D1D241" w14:textId="77777777" w:rsidR="00915B3A" w:rsidRDefault="00E5337F" w:rsidP="007E0328">
      <w:pPr>
        <w:pStyle w:val="ListBullet"/>
        <w:numPr>
          <w:ilvl w:val="0"/>
          <w:numId w:val="0"/>
        </w:numPr>
        <w:ind w:left="360" w:hanging="360"/>
      </w:pPr>
      <w:r>
        <w:t>☐</w:t>
      </w:r>
      <w:r>
        <w:t xml:space="preserve"> Unspecified back pain / problems</w:t>
      </w:r>
    </w:p>
    <w:p w14:paraId="577BF562" w14:textId="77777777" w:rsidR="00915B3A" w:rsidRDefault="00E5337F" w:rsidP="007E0328">
      <w:pPr>
        <w:pStyle w:val="ListBullet"/>
        <w:numPr>
          <w:ilvl w:val="0"/>
          <w:numId w:val="0"/>
        </w:numPr>
        <w:ind w:left="360" w:hanging="360"/>
      </w:pPr>
      <w:r>
        <w:t>☐</w:t>
      </w:r>
      <w:r>
        <w:t xml:space="preserve"> Recent surgery</w:t>
      </w:r>
    </w:p>
    <w:p w14:paraId="49818E69" w14:textId="77777777" w:rsidR="00915B3A" w:rsidRDefault="00E5337F" w:rsidP="007E0328">
      <w:pPr>
        <w:pStyle w:val="ListBullet"/>
        <w:numPr>
          <w:ilvl w:val="0"/>
          <w:numId w:val="0"/>
        </w:numPr>
        <w:ind w:left="360" w:hanging="360"/>
      </w:pPr>
      <w:r>
        <w:t>☐</w:t>
      </w:r>
      <w:r>
        <w:t xml:space="preserve"> Joint replacement</w:t>
      </w:r>
    </w:p>
    <w:p w14:paraId="0A413BDF" w14:textId="77777777" w:rsidR="00915B3A" w:rsidRDefault="00E5337F" w:rsidP="007E0328">
      <w:pPr>
        <w:pStyle w:val="ListBullet"/>
        <w:numPr>
          <w:ilvl w:val="0"/>
          <w:numId w:val="0"/>
        </w:numPr>
        <w:ind w:left="360" w:hanging="360"/>
      </w:pPr>
      <w:r>
        <w:t>☐</w:t>
      </w:r>
      <w:r>
        <w:t xml:space="preserve"> Abdominal disorders / recent abdominal surgery</w:t>
      </w:r>
    </w:p>
    <w:p w14:paraId="03A298CE" w14:textId="77777777" w:rsidR="00915B3A" w:rsidRDefault="00E5337F" w:rsidP="007E0328">
      <w:pPr>
        <w:pStyle w:val="ListBullet"/>
        <w:numPr>
          <w:ilvl w:val="0"/>
          <w:numId w:val="0"/>
        </w:numPr>
        <w:ind w:left="360" w:hanging="360"/>
      </w:pPr>
      <w:r>
        <w:t>☐</w:t>
      </w:r>
      <w:r>
        <w:t xml:space="preserve"> Hip problems</w:t>
      </w:r>
    </w:p>
    <w:p w14:paraId="0FCCD28F" w14:textId="77777777" w:rsidR="00915B3A" w:rsidRDefault="00E5337F" w:rsidP="007E0328">
      <w:pPr>
        <w:pStyle w:val="ListBullet"/>
        <w:numPr>
          <w:ilvl w:val="0"/>
          <w:numId w:val="0"/>
        </w:numPr>
        <w:ind w:left="360" w:hanging="360"/>
      </w:pPr>
      <w:r>
        <w:t>☐</w:t>
      </w:r>
      <w:r>
        <w:t xml:space="preserve"> Knee problems</w:t>
      </w:r>
    </w:p>
    <w:p w14:paraId="3FB66282" w14:textId="77777777" w:rsidR="00915B3A" w:rsidRDefault="00E5337F" w:rsidP="007E0328">
      <w:pPr>
        <w:pStyle w:val="ListBullet"/>
        <w:numPr>
          <w:ilvl w:val="0"/>
          <w:numId w:val="0"/>
        </w:numPr>
        <w:ind w:left="360" w:hanging="360"/>
      </w:pPr>
      <w:r>
        <w:t>☐</w:t>
      </w:r>
      <w:r>
        <w:t xml:space="preserve"> Shoulder or neck problems</w:t>
      </w:r>
    </w:p>
    <w:p w14:paraId="52EDF5A9" w14:textId="77777777" w:rsidR="00915B3A" w:rsidRDefault="00E5337F" w:rsidP="007E0328">
      <w:pPr>
        <w:pStyle w:val="ListBullet"/>
        <w:numPr>
          <w:ilvl w:val="0"/>
          <w:numId w:val="0"/>
        </w:numPr>
        <w:ind w:left="360" w:hanging="360"/>
      </w:pPr>
      <w:r>
        <w:t>☐</w:t>
      </w:r>
      <w:r>
        <w:t xml:space="preserve"> Heart disorders</w:t>
      </w:r>
    </w:p>
    <w:p w14:paraId="0DF62578" w14:textId="77777777" w:rsidR="00915B3A" w:rsidRDefault="00E5337F" w:rsidP="007E0328">
      <w:pPr>
        <w:pStyle w:val="ListBullet"/>
        <w:numPr>
          <w:ilvl w:val="0"/>
          <w:numId w:val="0"/>
        </w:numPr>
        <w:ind w:left="360" w:hanging="360"/>
      </w:pPr>
      <w:r>
        <w:t>☐</w:t>
      </w:r>
      <w:r>
        <w:t xml:space="preserve"> High blood pressure</w:t>
      </w:r>
    </w:p>
    <w:p w14:paraId="3708349A" w14:textId="77777777" w:rsidR="00915B3A" w:rsidRDefault="00E5337F" w:rsidP="007E0328">
      <w:pPr>
        <w:pStyle w:val="ListBullet"/>
        <w:numPr>
          <w:ilvl w:val="0"/>
          <w:numId w:val="0"/>
        </w:numPr>
        <w:ind w:left="360" w:hanging="360"/>
      </w:pPr>
      <w:r>
        <w:t>☐</w:t>
      </w:r>
      <w:r>
        <w:t xml:space="preserve"> Low blood pressure</w:t>
      </w:r>
    </w:p>
    <w:p w14:paraId="50D6C0C6" w14:textId="77777777" w:rsidR="00915B3A" w:rsidRDefault="00E5337F" w:rsidP="007E0328">
      <w:pPr>
        <w:pStyle w:val="ListBullet"/>
        <w:numPr>
          <w:ilvl w:val="0"/>
          <w:numId w:val="0"/>
        </w:numPr>
        <w:ind w:left="360" w:hanging="360"/>
      </w:pPr>
      <w:r>
        <w:t>☐</w:t>
      </w:r>
      <w:r>
        <w:t xml:space="preserve"> Asthma or other respiratory issues</w:t>
      </w:r>
    </w:p>
    <w:p w14:paraId="59AE5B0C" w14:textId="77777777" w:rsidR="00915B3A" w:rsidRDefault="00E5337F" w:rsidP="007E0328">
      <w:pPr>
        <w:pStyle w:val="ListBullet"/>
        <w:numPr>
          <w:ilvl w:val="0"/>
          <w:numId w:val="0"/>
        </w:numPr>
        <w:ind w:left="360" w:hanging="360"/>
      </w:pPr>
      <w:r>
        <w:t>☐</w:t>
      </w:r>
      <w:r>
        <w:t xml:space="preserve"> Diabetes</w:t>
      </w:r>
    </w:p>
    <w:p w14:paraId="10E7C383" w14:textId="77777777" w:rsidR="00915B3A" w:rsidRDefault="00E5337F" w:rsidP="007E0328">
      <w:pPr>
        <w:pStyle w:val="ListBullet"/>
        <w:numPr>
          <w:ilvl w:val="0"/>
          <w:numId w:val="0"/>
        </w:numPr>
        <w:ind w:left="360" w:hanging="360"/>
      </w:pPr>
      <w:r>
        <w:t>☐</w:t>
      </w:r>
      <w:r>
        <w:t xml:space="preserve"> Pregnant or recent childbirth (within 6 months)</w:t>
      </w:r>
    </w:p>
    <w:p w14:paraId="26443E80" w14:textId="77777777" w:rsidR="00915B3A" w:rsidRDefault="00E5337F">
      <w:r>
        <w:lastRenderedPageBreak/>
        <w:t>Further information (please describe any conditions ticked above):</w:t>
      </w:r>
    </w:p>
    <w:p w14:paraId="231E7A09" w14:textId="76A21C56" w:rsidR="00915B3A" w:rsidRDefault="00E5337F">
      <w:r>
        <w:t>__________________________________________________________</w:t>
      </w:r>
      <w:r w:rsidR="007E0328">
        <w:t>________________________________________________________________________________________________________________________________________________________</w:t>
      </w:r>
      <w:r>
        <w:br/>
        <w:t>__________________________________________________________</w:t>
      </w:r>
      <w:r w:rsidR="007E0328">
        <w:t>_______________________________________________</w:t>
      </w:r>
      <w:r>
        <w:br/>
      </w:r>
      <w:r w:rsidR="007E0328">
        <w:t>_________________________________________________________________________________________________________</w:t>
      </w:r>
      <w:r w:rsidR="007E0328">
        <w:br/>
        <w:t>_________________________________________________________________________________________________________</w:t>
      </w:r>
      <w:r w:rsidR="007E0328">
        <w:br/>
      </w:r>
    </w:p>
    <w:p w14:paraId="633C7453" w14:textId="77777777" w:rsidR="00915B3A" w:rsidRPr="007E0328" w:rsidRDefault="00E5337F">
      <w:pPr>
        <w:pStyle w:val="Heading2"/>
        <w:rPr>
          <w:color w:val="011893"/>
        </w:rPr>
      </w:pPr>
      <w:r w:rsidRPr="007E0328">
        <w:rPr>
          <w:color w:val="011893"/>
        </w:rPr>
        <w:t>Physical Health – Other Conditions That May Affect Practice</w:t>
      </w:r>
    </w:p>
    <w:p w14:paraId="214771D1" w14:textId="77777777" w:rsidR="00915B3A" w:rsidRDefault="00E5337F" w:rsidP="007E0328">
      <w:pPr>
        <w:pStyle w:val="ListBullet"/>
        <w:numPr>
          <w:ilvl w:val="0"/>
          <w:numId w:val="0"/>
        </w:numPr>
        <w:ind w:left="360" w:hanging="360"/>
      </w:pPr>
      <w:r>
        <w:t>☐</w:t>
      </w:r>
      <w:r>
        <w:t xml:space="preserve"> Asthma</w:t>
      </w:r>
    </w:p>
    <w:p w14:paraId="4CE61459" w14:textId="77777777" w:rsidR="00915B3A" w:rsidRDefault="00E5337F" w:rsidP="007E0328">
      <w:pPr>
        <w:pStyle w:val="ListBullet"/>
        <w:numPr>
          <w:ilvl w:val="0"/>
          <w:numId w:val="0"/>
        </w:numPr>
        <w:ind w:left="360" w:hanging="360"/>
      </w:pPr>
      <w:r>
        <w:t>☐</w:t>
      </w:r>
      <w:r>
        <w:t xml:space="preserve"> Diabetes</w:t>
      </w:r>
    </w:p>
    <w:p w14:paraId="31A787BB" w14:textId="77777777" w:rsidR="00915B3A" w:rsidRDefault="00E5337F" w:rsidP="007E0328">
      <w:pPr>
        <w:pStyle w:val="ListBullet"/>
        <w:numPr>
          <w:ilvl w:val="0"/>
          <w:numId w:val="0"/>
        </w:numPr>
        <w:ind w:left="360" w:hanging="360"/>
      </w:pPr>
      <w:r>
        <w:t>☐</w:t>
      </w:r>
      <w:r>
        <w:t xml:space="preserve"> Anxiety</w:t>
      </w:r>
    </w:p>
    <w:p w14:paraId="030ECBE8" w14:textId="77777777" w:rsidR="00915B3A" w:rsidRDefault="00E5337F" w:rsidP="007E0328">
      <w:pPr>
        <w:pStyle w:val="ListBullet"/>
        <w:numPr>
          <w:ilvl w:val="0"/>
          <w:numId w:val="0"/>
        </w:numPr>
        <w:ind w:left="360" w:hanging="360"/>
      </w:pPr>
      <w:r>
        <w:t>☐</w:t>
      </w:r>
      <w:r>
        <w:t xml:space="preserve"> Depression</w:t>
      </w:r>
    </w:p>
    <w:p w14:paraId="69B134E2" w14:textId="77777777" w:rsidR="00915B3A" w:rsidRDefault="00E5337F" w:rsidP="007E0328">
      <w:pPr>
        <w:pStyle w:val="ListBullet"/>
        <w:numPr>
          <w:ilvl w:val="0"/>
          <w:numId w:val="0"/>
        </w:numPr>
        <w:ind w:left="360" w:hanging="360"/>
      </w:pPr>
      <w:r>
        <w:t>☐</w:t>
      </w:r>
      <w:r>
        <w:t xml:space="preserve"> Phobias</w:t>
      </w:r>
    </w:p>
    <w:p w14:paraId="4E46A562" w14:textId="77777777" w:rsidR="00915B3A" w:rsidRDefault="00E5337F" w:rsidP="007E0328">
      <w:pPr>
        <w:pStyle w:val="ListBullet"/>
        <w:numPr>
          <w:ilvl w:val="0"/>
          <w:numId w:val="0"/>
        </w:numPr>
        <w:ind w:left="360" w:hanging="360"/>
      </w:pPr>
      <w:r>
        <w:t>☐</w:t>
      </w:r>
      <w:r>
        <w:t xml:space="preserve"> PTSD or trauma history</w:t>
      </w:r>
    </w:p>
    <w:p w14:paraId="074384EF" w14:textId="77777777" w:rsidR="00915B3A" w:rsidRDefault="00E5337F" w:rsidP="007E0328">
      <w:pPr>
        <w:pStyle w:val="ListBullet"/>
        <w:numPr>
          <w:ilvl w:val="0"/>
          <w:numId w:val="0"/>
        </w:numPr>
        <w:ind w:left="360" w:hanging="360"/>
      </w:pPr>
      <w:r>
        <w:t>☐</w:t>
      </w:r>
      <w:r>
        <w:t xml:space="preserve"> Epilepsy</w:t>
      </w:r>
    </w:p>
    <w:p w14:paraId="444F809E" w14:textId="77777777" w:rsidR="00915B3A" w:rsidRDefault="00E5337F" w:rsidP="007E0328">
      <w:pPr>
        <w:pStyle w:val="ListBullet"/>
        <w:numPr>
          <w:ilvl w:val="0"/>
          <w:numId w:val="0"/>
        </w:numPr>
        <w:ind w:left="360" w:hanging="360"/>
      </w:pPr>
      <w:r>
        <w:t>☐</w:t>
      </w:r>
      <w:r>
        <w:t xml:space="preserve"> Auto‑immune disorder (e.g., ME, MS, Lupus)</w:t>
      </w:r>
    </w:p>
    <w:p w14:paraId="3906054A" w14:textId="77777777" w:rsidR="00915B3A" w:rsidRDefault="00E5337F" w:rsidP="007E0328">
      <w:pPr>
        <w:pStyle w:val="ListBullet"/>
        <w:numPr>
          <w:ilvl w:val="0"/>
          <w:numId w:val="0"/>
        </w:numPr>
        <w:ind w:left="360" w:hanging="360"/>
      </w:pPr>
      <w:r>
        <w:t>☐</w:t>
      </w:r>
      <w:r>
        <w:t xml:space="preserve"> Balance‑affecting disorder</w:t>
      </w:r>
    </w:p>
    <w:p w14:paraId="3705C432" w14:textId="77777777" w:rsidR="00915B3A" w:rsidRDefault="00E5337F" w:rsidP="007E0328">
      <w:pPr>
        <w:pStyle w:val="ListBullet"/>
        <w:numPr>
          <w:ilvl w:val="0"/>
          <w:numId w:val="0"/>
        </w:numPr>
        <w:ind w:left="360" w:hanging="360"/>
      </w:pPr>
      <w:r>
        <w:t>☐</w:t>
      </w:r>
      <w:r>
        <w:t xml:space="preserve"> Sensory disorder (eyes/ears)</w:t>
      </w:r>
    </w:p>
    <w:p w14:paraId="7344839C" w14:textId="77777777" w:rsidR="00915B3A" w:rsidRDefault="00E5337F" w:rsidP="007E0328">
      <w:pPr>
        <w:pStyle w:val="ListBullet"/>
        <w:numPr>
          <w:ilvl w:val="0"/>
          <w:numId w:val="0"/>
        </w:numPr>
        <w:ind w:left="360" w:hanging="360"/>
      </w:pPr>
      <w:r>
        <w:t>☐</w:t>
      </w:r>
      <w:r>
        <w:t xml:space="preserve"> Migraine</w:t>
      </w:r>
    </w:p>
    <w:p w14:paraId="2679E286" w14:textId="77777777" w:rsidR="00915B3A" w:rsidRDefault="00E5337F" w:rsidP="007E0328">
      <w:pPr>
        <w:pStyle w:val="ListBullet"/>
        <w:numPr>
          <w:ilvl w:val="0"/>
          <w:numId w:val="0"/>
        </w:numPr>
        <w:ind w:left="360" w:hanging="360"/>
      </w:pPr>
      <w:r>
        <w:t>☐</w:t>
      </w:r>
      <w:r>
        <w:t xml:space="preserve"> Other (please specify)</w:t>
      </w:r>
    </w:p>
    <w:p w14:paraId="2CF3E2E8" w14:textId="5656FDA0" w:rsidR="00915B3A" w:rsidRDefault="00E5337F">
      <w:r>
        <w:t>Further information</w:t>
      </w:r>
      <w:r w:rsidR="007E0328">
        <w:t xml:space="preserve"> (please describe any conditions ticked above):  </w:t>
      </w:r>
    </w:p>
    <w:p w14:paraId="2354A8E9" w14:textId="700B2548" w:rsidR="00915B3A" w:rsidRDefault="00E5337F">
      <w:r>
        <w:t>__________________________________________________________</w:t>
      </w:r>
      <w:r w:rsidR="007E0328">
        <w:t>________________________________________________________________________________________________________________________________________________________</w:t>
      </w:r>
      <w:r>
        <w:br/>
        <w:t>__________________________________________________________</w:t>
      </w:r>
      <w:r w:rsidR="007E0328">
        <w:t>_______________________________________________</w:t>
      </w:r>
      <w:r>
        <w:br/>
      </w:r>
      <w:r w:rsidR="007E0328">
        <w:t>_________________________________________________________________________________________________________</w:t>
      </w:r>
      <w:r w:rsidR="007E0328">
        <w:br/>
        <w:t>_________________________________________________________________________________________________________</w:t>
      </w:r>
      <w:r w:rsidR="007E0328">
        <w:br/>
      </w:r>
    </w:p>
    <w:p w14:paraId="01E0C931" w14:textId="77777777" w:rsidR="00915B3A" w:rsidRPr="007E0328" w:rsidRDefault="00E5337F">
      <w:pPr>
        <w:pStyle w:val="Heading2"/>
        <w:rPr>
          <w:color w:val="011893"/>
        </w:rPr>
      </w:pPr>
      <w:r w:rsidRPr="007E0328">
        <w:rPr>
          <w:color w:val="011893"/>
        </w:rPr>
        <w:t>Physical Activity &amp; Lifestyle</w:t>
      </w:r>
    </w:p>
    <w:p w14:paraId="27930869" w14:textId="77777777" w:rsidR="00915B3A" w:rsidRDefault="00E5337F">
      <w:r>
        <w:t>Do you participate in any other physical activity? ☐ Yes ☐ No</w:t>
      </w:r>
    </w:p>
    <w:p w14:paraId="4EB6730C" w14:textId="77777777" w:rsidR="00915B3A" w:rsidRDefault="00E5337F">
      <w:r>
        <w:t>If yes: Please describe and how regularly:</w:t>
      </w:r>
    </w:p>
    <w:p w14:paraId="4868681A" w14:textId="2C71D985" w:rsidR="00915B3A" w:rsidRDefault="00E5337F">
      <w:r>
        <w:t>__________________________________________________________</w:t>
      </w:r>
      <w:r w:rsidR="007E0328">
        <w:t>_______________________________________________________________________________________________________________________________________________________</w:t>
      </w:r>
      <w:r w:rsidR="007E0328">
        <w:br/>
        <w:t>_________________________________________________________________________________________________________</w:t>
      </w:r>
      <w:r w:rsidR="007E0328">
        <w:br/>
      </w:r>
    </w:p>
    <w:p w14:paraId="2AD41545" w14:textId="77777777" w:rsidR="007E0328" w:rsidRDefault="007E0328"/>
    <w:p w14:paraId="3EB99162" w14:textId="77777777" w:rsidR="007E0328" w:rsidRDefault="007E0328"/>
    <w:p w14:paraId="686E97FE" w14:textId="77777777" w:rsidR="00915B3A" w:rsidRPr="007E0328" w:rsidRDefault="00E5337F">
      <w:pPr>
        <w:pStyle w:val="Heading2"/>
        <w:rPr>
          <w:color w:val="011893"/>
        </w:rPr>
      </w:pPr>
      <w:r w:rsidRPr="007E0328">
        <w:rPr>
          <w:color w:val="011893"/>
        </w:rPr>
        <w:t>Declarations &amp; Agreement</w:t>
      </w:r>
    </w:p>
    <w:p w14:paraId="41FBCAC6" w14:textId="739ED602" w:rsidR="008B16B1" w:rsidRDefault="00E5337F">
      <w:r>
        <w:t>I confirm that the information I have given is correct and complete to the best of my knowledge.</w:t>
      </w:r>
      <w:r>
        <w:br/>
      </w:r>
      <w:r>
        <w:br/>
        <w:t>I understand that:</w:t>
      </w:r>
      <w:r>
        <w:br/>
        <w:t>- My yoga teacher/trainer is not a medical professional and cannot give a medical opinion on my fitness to practise yoga.</w:t>
      </w:r>
      <w:r>
        <w:br/>
        <w:t>- If I am in doubt about my ability to take part in yoga classes I should obtain advice from my GP or other healthcare professional.</w:t>
      </w:r>
      <w:r>
        <w:br/>
        <w:t>- I will inform the teacher</w:t>
      </w:r>
      <w:r w:rsidR="007E0328">
        <w:t xml:space="preserve"> </w:t>
      </w:r>
      <w:r>
        <w:t>of any changes to my health or circumstances.</w:t>
      </w:r>
      <w:r>
        <w:br/>
        <w:t>- In a remote/online class setting I may be less visible to the teacher and I accept the risks of this limitation.</w:t>
      </w:r>
      <w:r>
        <w:br/>
      </w:r>
    </w:p>
    <w:p w14:paraId="1C7FEF8A" w14:textId="6544AD04" w:rsidR="008B16B1" w:rsidRDefault="008B16B1" w:rsidP="008B16B1">
      <w:pPr>
        <w:pStyle w:val="Heading2"/>
        <w:rPr>
          <w:color w:val="011893"/>
        </w:rPr>
      </w:pPr>
      <w:r w:rsidRPr="007E0328">
        <w:rPr>
          <w:color w:val="011893"/>
        </w:rPr>
        <w:t>D</w:t>
      </w:r>
      <w:r>
        <w:rPr>
          <w:color w:val="011893"/>
        </w:rPr>
        <w:t>isclaimer</w:t>
      </w:r>
    </w:p>
    <w:p w14:paraId="2593801D" w14:textId="77777777" w:rsidR="008B16B1" w:rsidRDefault="008B16B1" w:rsidP="008B16B1">
      <w:pPr>
        <w:spacing w:after="94"/>
        <w:ind w:left="106"/>
      </w:pPr>
      <w:r>
        <w:rPr>
          <w:rFonts w:ascii="Calibri" w:eastAsia="Calibri" w:hAnsi="Calibri" w:cs="Calibri"/>
          <w:b/>
          <w:i/>
        </w:rPr>
        <w:t>Please read carefully; your submission of this form will be taken to indicate your understanding and acceptance of the following:</w:t>
      </w:r>
    </w:p>
    <w:p w14:paraId="26A68DE3" w14:textId="77777777" w:rsidR="008B16B1" w:rsidRDefault="008B16B1" w:rsidP="008B16B1">
      <w:pPr>
        <w:spacing w:after="115" w:line="239" w:lineRule="auto"/>
        <w:ind w:left="149"/>
      </w:pPr>
      <w:r>
        <w:rPr>
          <w:rFonts w:ascii="Calibri" w:eastAsia="Calibri" w:hAnsi="Calibri" w:cs="Calibri"/>
          <w:i/>
        </w:rPr>
        <w:t xml:space="preserve">Please take care when filling in this questionnaire and check the contents are accurate before you submit it.  By submitting the questionnaire, you are confirming that the contents are true and accurate to the best of your knowledge. Please notify your teacher of any changes to your responses in this healthcare questionnaire before participating in classes </w:t>
      </w:r>
      <w:proofErr w:type="gramStart"/>
      <w:r>
        <w:rPr>
          <w:rFonts w:ascii="Calibri" w:eastAsia="Calibri" w:hAnsi="Calibri" w:cs="Calibri"/>
          <w:i/>
        </w:rPr>
        <w:t>subsequent to</w:t>
      </w:r>
      <w:proofErr w:type="gramEnd"/>
      <w:r>
        <w:rPr>
          <w:rFonts w:ascii="Calibri" w:eastAsia="Calibri" w:hAnsi="Calibri" w:cs="Calibri"/>
          <w:i/>
        </w:rPr>
        <w:t xml:space="preserve"> those changes. </w:t>
      </w:r>
    </w:p>
    <w:p w14:paraId="5E9DFD87" w14:textId="4BE9BA16" w:rsidR="008B16B1" w:rsidRDefault="008B16B1" w:rsidP="008B16B1">
      <w:pPr>
        <w:spacing w:after="120" w:line="239" w:lineRule="auto"/>
        <w:ind w:left="149" w:right="61"/>
      </w:pPr>
      <w:r>
        <w:rPr>
          <w:rFonts w:ascii="Calibri" w:eastAsia="Calibri" w:hAnsi="Calibri" w:cs="Calibri"/>
          <w:i/>
        </w:rPr>
        <w:t xml:space="preserve">Your teacher is not qualified to express an opinion that you are fit to safely participate in any </w:t>
      </w:r>
      <w:r w:rsidR="00E5337F">
        <w:rPr>
          <w:rFonts w:ascii="Calibri" w:eastAsia="Calibri" w:hAnsi="Calibri" w:cs="Calibri"/>
          <w:i/>
        </w:rPr>
        <w:t>organized</w:t>
      </w:r>
      <w:r>
        <w:rPr>
          <w:rFonts w:ascii="Calibri" w:eastAsia="Calibri" w:hAnsi="Calibri" w:cs="Calibri"/>
          <w:i/>
        </w:rPr>
        <w:t xml:space="preserve"> yoga classes. You must obtain professional or specialist advice from your doctor before participating if you are in any doubt. </w:t>
      </w:r>
    </w:p>
    <w:p w14:paraId="6E14097E" w14:textId="695249C3" w:rsidR="008B16B1" w:rsidRDefault="008B16B1" w:rsidP="008B16B1">
      <w:pPr>
        <w:spacing w:after="115" w:line="239" w:lineRule="auto"/>
        <w:ind w:left="149" w:right="11"/>
      </w:pPr>
      <w:r>
        <w:rPr>
          <w:rFonts w:ascii="Calibri" w:eastAsia="Calibri" w:hAnsi="Calibri" w:cs="Calibri"/>
          <w:i/>
        </w:rPr>
        <w:t xml:space="preserve">Where possible, your teacher may offer suitable modifications or adjustments and practices to suit different levels of experience and ability. </w:t>
      </w:r>
    </w:p>
    <w:p w14:paraId="11BD24BB" w14:textId="77777777" w:rsidR="008B16B1" w:rsidRDefault="008B16B1" w:rsidP="008B16B1">
      <w:pPr>
        <w:spacing w:after="120" w:line="239" w:lineRule="auto"/>
        <w:ind w:left="149"/>
      </w:pPr>
      <w:r>
        <w:rPr>
          <w:rFonts w:ascii="Calibri" w:eastAsia="Calibri" w:hAnsi="Calibri" w:cs="Calibri"/>
          <w:i/>
        </w:rPr>
        <w:t xml:space="preserve">Please always let the teacher know before the class if this is your first time practicing yoga or if you are not confident about your experience and/or ability.  Where you are taking part in live-streamed classes, please note that the instructor may not be able to </w:t>
      </w:r>
      <w:proofErr w:type="gramStart"/>
      <w:r>
        <w:rPr>
          <w:rFonts w:ascii="Calibri" w:eastAsia="Calibri" w:hAnsi="Calibri" w:cs="Calibri"/>
          <w:i/>
        </w:rPr>
        <w:t>see you at all times</w:t>
      </w:r>
      <w:proofErr w:type="gramEnd"/>
      <w:r>
        <w:rPr>
          <w:rFonts w:ascii="Calibri" w:eastAsia="Calibri" w:hAnsi="Calibri" w:cs="Calibri"/>
          <w:i/>
        </w:rPr>
        <w:t xml:space="preserve">.  Where you have declared a health condition, please contact the teacher before the class if you would like to request that you are provided with suitable modifications or adjustments wherever possible.  Please note, where you are taking part in a pre-recorded class, you will not be able to request specific adjustments or modifications.  </w:t>
      </w:r>
    </w:p>
    <w:p w14:paraId="2036DA73" w14:textId="77777777" w:rsidR="008B16B1" w:rsidRDefault="008B16B1" w:rsidP="008B16B1">
      <w:pPr>
        <w:spacing w:after="22" w:line="236" w:lineRule="auto"/>
        <w:ind w:left="149"/>
      </w:pPr>
      <w:r>
        <w:rPr>
          <w:rFonts w:ascii="Calibri" w:eastAsia="Calibri" w:hAnsi="Calibri" w:cs="Calibri"/>
          <w:i/>
        </w:rPr>
        <w:t xml:space="preserve">In all classes whether face to face, live streamed remote or pre-recorded remote, always follow your teacher’s safety instructions and listen to your body.  Where a movement or class is beyond your experience or ability, feels too difficult for you, or you experience any discomfort, please do not continue the movement or class. </w:t>
      </w:r>
    </w:p>
    <w:p w14:paraId="3AEAA5CD" w14:textId="28BC010D" w:rsidR="008B16B1" w:rsidRPr="008B16B1" w:rsidRDefault="008B16B1" w:rsidP="008B16B1"/>
    <w:p w14:paraId="5A4AE7CF" w14:textId="77777777" w:rsidR="00915B3A" w:rsidRDefault="00E5337F">
      <w:r>
        <w:t>Signature: ___________________________   Date: ____/____/____</w:t>
      </w:r>
    </w:p>
    <w:p w14:paraId="06ABC53F" w14:textId="77777777" w:rsidR="00915B3A" w:rsidRPr="007E0328" w:rsidRDefault="00E5337F">
      <w:pPr>
        <w:pStyle w:val="Heading2"/>
        <w:rPr>
          <w:color w:val="011893"/>
        </w:rPr>
      </w:pPr>
      <w:r w:rsidRPr="007E0328">
        <w:rPr>
          <w:color w:val="011893"/>
        </w:rPr>
        <w:lastRenderedPageBreak/>
        <w:t>Data &amp; Communications Consent</w:t>
      </w:r>
    </w:p>
    <w:p w14:paraId="06BABB96" w14:textId="77777777" w:rsidR="00915B3A" w:rsidRDefault="00E5337F">
      <w:r>
        <w:t>Consent for data storage (under GDPR): ☐ Yes ☐ No</w:t>
      </w:r>
    </w:p>
    <w:p w14:paraId="44BB17B9" w14:textId="415C7175" w:rsidR="00915B3A" w:rsidRDefault="00E5337F">
      <w:r>
        <w:t>I agree that the information given may be stored and processed by the teacher for the purpose of providing yoga classes and ensuring safe practice.</w:t>
      </w:r>
    </w:p>
    <w:p w14:paraId="5889F0D1" w14:textId="6641F1F9" w:rsidR="00915B3A" w:rsidRDefault="00E5337F">
      <w:r>
        <w:t xml:space="preserve">Media &amp; communications: I agree to receive class, workshop or event information by: </w:t>
      </w:r>
      <w:r w:rsidR="007E0328">
        <w:br/>
      </w:r>
      <w:r>
        <w:t>☐</w:t>
      </w:r>
      <w:r>
        <w:t xml:space="preserve"> Email </w:t>
      </w:r>
      <w:r w:rsidR="008B16B1">
        <w:t xml:space="preserve"> </w:t>
      </w:r>
      <w:r>
        <w:t>☐</w:t>
      </w:r>
      <w:r w:rsidR="008B16B1">
        <w:t xml:space="preserve"> </w:t>
      </w:r>
      <w:r>
        <w:t xml:space="preserve">Telephone </w:t>
      </w:r>
      <w:r w:rsidR="008B16B1">
        <w:t xml:space="preserve">☐ Text/Messaging </w:t>
      </w:r>
      <w:r>
        <w:t>☐</w:t>
      </w:r>
      <w:r>
        <w:t xml:space="preserve"> No communications</w:t>
      </w:r>
    </w:p>
    <w:p w14:paraId="3EE86F3F" w14:textId="4FD67A7F" w:rsidR="00915B3A" w:rsidRPr="007E0328" w:rsidRDefault="00E5337F">
      <w:pPr>
        <w:pStyle w:val="Heading2"/>
        <w:rPr>
          <w:color w:val="011893"/>
        </w:rPr>
      </w:pPr>
      <w:r w:rsidRPr="007E0328">
        <w:rPr>
          <w:color w:val="011893"/>
        </w:rPr>
        <w:t>Teacher</w:t>
      </w:r>
      <w:r w:rsidR="007E0328" w:rsidRPr="007E0328">
        <w:rPr>
          <w:color w:val="011893"/>
        </w:rPr>
        <w:t xml:space="preserve"> </w:t>
      </w:r>
      <w:r w:rsidRPr="007E0328">
        <w:rPr>
          <w:color w:val="011893"/>
        </w:rPr>
        <w:t>Use Only</w:t>
      </w:r>
    </w:p>
    <w:p w14:paraId="76009E3F" w14:textId="77777777" w:rsidR="00915B3A" w:rsidRDefault="00E5337F">
      <w:r>
        <w:t>Date questionnaire reviewed: ____/____/____</w:t>
      </w:r>
    </w:p>
    <w:p w14:paraId="10C3D957" w14:textId="77777777" w:rsidR="00915B3A" w:rsidRDefault="00E5337F">
      <w:r>
        <w:t>Student accepted for class: ☐ Yes ☐ With modifications ☐ No – referral required</w:t>
      </w:r>
    </w:p>
    <w:p w14:paraId="44759B39" w14:textId="77777777" w:rsidR="00915B3A" w:rsidRDefault="00E5337F">
      <w:r>
        <w:t>Notes/modifications advised:</w:t>
      </w:r>
    </w:p>
    <w:p w14:paraId="6ED0B185" w14:textId="3CD96A47" w:rsidR="00915B3A" w:rsidRDefault="00E5337F">
      <w:r>
        <w:t>__________________________________________________________</w:t>
      </w:r>
      <w:r w:rsidR="007E0328">
        <w:t>________________________________________________________________________________________________________________________________________________________</w:t>
      </w:r>
      <w:r>
        <w:br/>
        <w:t>__________________________________________________________</w:t>
      </w:r>
      <w:r w:rsidR="007E0328">
        <w:t>________________________________________________________________________________________________________________________________________________________</w:t>
      </w:r>
      <w:r>
        <w:br/>
      </w:r>
      <w:r w:rsidR="007E0328">
        <w:t>_________________________________________________________________________________________________________</w:t>
      </w:r>
      <w:r w:rsidR="007E0328">
        <w:br/>
        <w:t>_________________________________________________________________________________________________________</w:t>
      </w:r>
      <w:r w:rsidR="007E0328">
        <w:br/>
        <w:t>_________________________________________________________________________________________________________</w:t>
      </w:r>
      <w:r w:rsidR="007E0328">
        <w:br/>
        <w:t>_________________________________________________________________________________________________________</w:t>
      </w:r>
      <w:r w:rsidR="007E0328">
        <w:br/>
        <w:t>_________________________________________________________________________________________________________</w:t>
      </w:r>
      <w:r w:rsidR="007E0328">
        <w:br/>
        <w:t>_________________________________________________________________________________________________________</w:t>
      </w:r>
      <w:r w:rsidR="007E0328">
        <w:br/>
      </w:r>
    </w:p>
    <w:sectPr w:rsidR="00915B3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pitch w:val="fixed"/>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23643741">
    <w:abstractNumId w:val="8"/>
  </w:num>
  <w:num w:numId="2" w16cid:durableId="1753430247">
    <w:abstractNumId w:val="6"/>
  </w:num>
  <w:num w:numId="3" w16cid:durableId="826480062">
    <w:abstractNumId w:val="5"/>
  </w:num>
  <w:num w:numId="4" w16cid:durableId="1312562681">
    <w:abstractNumId w:val="4"/>
  </w:num>
  <w:num w:numId="5" w16cid:durableId="347488757">
    <w:abstractNumId w:val="7"/>
  </w:num>
  <w:num w:numId="6" w16cid:durableId="764811374">
    <w:abstractNumId w:val="3"/>
  </w:num>
  <w:num w:numId="7" w16cid:durableId="1579560916">
    <w:abstractNumId w:val="2"/>
  </w:num>
  <w:num w:numId="8" w16cid:durableId="1871064890">
    <w:abstractNumId w:val="1"/>
  </w:num>
  <w:num w:numId="9" w16cid:durableId="1597907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33A68"/>
    <w:rsid w:val="00780188"/>
    <w:rsid w:val="007E0328"/>
    <w:rsid w:val="008856B3"/>
    <w:rsid w:val="008B16B1"/>
    <w:rsid w:val="00915B3A"/>
    <w:rsid w:val="00AA1D8D"/>
    <w:rsid w:val="00B47730"/>
    <w:rsid w:val="00CB0664"/>
    <w:rsid w:val="00E5337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E087BB"/>
  <w14:defaultImageDpi w14:val="300"/>
  <w15:docId w15:val="{515D0158-0431-A84F-8BFE-D3B694047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1031</Words>
  <Characters>5878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Antony Warhurst</cp:lastModifiedBy>
  <cp:revision>5</cp:revision>
  <dcterms:created xsi:type="dcterms:W3CDTF">2025-10-26T08:05:00Z</dcterms:created>
  <dcterms:modified xsi:type="dcterms:W3CDTF">2025-11-16T12:03:00Z</dcterms:modified>
  <cp:category/>
</cp:coreProperties>
</file>